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КЛАССВИЛЛЬ</w:t>
      </w:r>
    </w:p>
    <w:p>
      <w:pPr>
        <w:pStyle w:val="Title"/>
      </w:pPr>
      <w:r>
        <w:t>Русский язык. Подготовка к ОГЭ</w:t>
      </w:r>
    </w:p>
    <w:p>
      <w:r>
        <w:t>ПРОЕКТ. НЕ УТВЕРЖДЁН.</w:t>
        <w:br/>
        <w:t>Версия 0.2 · проект от 27.09.2026</w:t>
      </w:r>
    </w:p>
    <w:p>
      <w:r>
        <w:t>144 академических часов · 36 учебных недель</w:t>
        <w:br/>
        <w:t>ИП Швецов Антон Дмитриевич · Ростовская область</w:t>
        <w:br/>
        <w:t>Телефон: +7 993 447-31-10</w:t>
      </w:r>
    </w:p>
    <w:p>
      <w:pPr>
        <w:pStyle w:val="Heading1"/>
      </w:pPr>
      <w:r>
        <w:t>Паспорт программы</w:t>
      </w:r>
    </w:p>
    <w:p>
      <w:r>
        <w:t>Дополнительная общеобразовательная общеразвивающая программа «Русский язык. Подготовка к ОГЭ». Разработана для Классвилля. ИП Швецов Антон Дмитриевич. Ростовская область, 2026 год. Версия 0.2 · проект от 27.09.2026. Телефон школы: +7 993 447-31-10.</w:t>
      </w:r>
    </w:p>
    <w:p>
      <w:r>
        <w:t>ПРОЕКТ ДЛЯ СОГЛАСОВАНИЯ. Документ не утверждён приказом и не удостоверяет наличие образовательной лицензии. Перед утверждением ИП проверяет содержание с преподавателем предмета, заполняет кадровое обеспечение и календарные даты. Подпись, номер приказа и дата утверждения в проекте не проставлены.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Характеристика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Проектное значение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Вид и подвид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Дополнительное образование; Дополнительное образование детей и взрослых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Направленность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социально-гуманитарная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Адресат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14–16 лет, 9 класс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Объём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144 академических часов по 45 минут: 72 контактных, 72 самостоятельных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Срок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36 учебных недель; конкретные даты утверждаются до зачисления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Форма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Заочная, с применением исключительно электронного обучения и дистанционных образовательных технологий. Все занятия онлайн; посещение учебного центра не предусмотрено.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Организация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Групповая или индивидуальная; размер группы устанавливается до запуска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Язык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Русский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Итог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Внутренняя итоговая работа и карта освоения тем; не государственная итоговая аттестация</w:t>
            </w:r>
          </w:p>
        </w:tc>
      </w:tr>
    </w:tbl>
    <w:p>
      <w:pPr>
        <w:pStyle w:val="Heading1"/>
      </w:pPr>
      <w:r>
        <w:t>1. Пояснительная записка</w:t>
      </w:r>
    </w:p>
    <w:p>
      <w:r>
        <w:t>Цель: Научиться понимать исходный текст, выбирать языковое правило и аргументировать собственную мысль. Программа адресована школьникам, которым необходимо систематизировать знания и подготовиться к экзаменационным способам работы. Она дополняет обучение в общеобразовательной школе и не заменяет основную образовательную программу.</w:t>
      </w:r>
    </w:p>
    <w:p>
      <w:r>
        <w:t>Входная диагностика не является конкурсным отбором и не используется для обещания определённого экзаменационного балла. Её результат определяет объём повторения, последовательность дополнительных упражнений и необходимую поддержку. При нескольких выбранных предметах общая недельная нагрузка согласуется с семьёй.</w:t>
      </w:r>
    </w:p>
    <w:p>
      <w:r>
        <w:t>Условия начала обучения: возможность читать инструкции курса, участвовать в видеозанятии и передавать выполненную работу. Доступ проверяется до первого занятия. Для ребёнка, которому нужна адаптация материалов или режима, условия обсуждаются индивидуально; наличие специальных условий не заявляется без фактического обеспечения.</w:t>
      </w:r>
    </w:p>
    <w:p>
      <w:pPr>
        <w:pStyle w:val="Heading1"/>
      </w:pPr>
      <w:r>
        <w:t>2. Особенности Классвилля и задачи обучения</w:t>
      </w:r>
    </w:p>
    <w:p>
      <w:pPr>
        <w:pStyle w:val="ListBullet"/>
      </w:pPr>
      <w:r>
        <w:t>Объясни решение: ученик показывает ход мысли на общей доске и называет основание каждого значимого перехода.</w:t>
      </w:r>
    </w:p>
    <w:p>
      <w:pPr>
        <w:pStyle w:val="ListBullet"/>
      </w:pPr>
      <w:r>
        <w:t>Исправь причину: в обратной связи фиксируется конкретный тип ошибки, её причина, исправление и следующее упражнение.</w:t>
      </w:r>
    </w:p>
    <w:p>
      <w:pPr>
        <w:pStyle w:val="ListBullet"/>
      </w:pPr>
      <w:r>
        <w:t>Вернись к теме: короткая самостоятельная проверка проводится через 7–14 дней на другом примере. Автоматическое назначение не предполагается, задание выдаёт преподаватель.</w:t>
      </w:r>
    </w:p>
    <w:p>
      <w:pPr>
        <w:pStyle w:val="ListBullet"/>
      </w:pPr>
      <w:r>
        <w:t>Покажи результат: по завершении модуля преподаватель кратко отмечает освоенные действия, оставшиеся трудности и ближайший шаг. Родителю доступны результаты связанного ребёнка.</w:t>
      </w:r>
    </w:p>
    <w:p>
      <w:pPr>
        <w:pStyle w:val="ListBullet"/>
      </w:pPr>
      <w:r>
        <w:t>Учись в своём темпе: дополнительный разбор и усложнение заданий меняют поддержку, но не отменяют обязательные результаты программы.</w:t>
      </w:r>
    </w:p>
    <w:p>
      <w:r>
        <w:t>Предметные задачи раскрываются в модулях ниже. Метапредметные задачи: выделять условие и искомое, выбирать способ, проверять результат, задавать содержательный вопрос. Личностные задачи: честно обозначать затруднение, уважать другое решение, соблюдать договорённости об учебной работе и цифровом взаимодействии.</w:t>
      </w:r>
    </w:p>
    <w:p>
      <w:pPr>
        <w:pStyle w:val="Heading1"/>
      </w:pPr>
      <w:r>
        <w:t>3. Планируемые результаты</w:t>
      </w:r>
    </w:p>
    <w:p>
      <w:pPr>
        <w:pStyle w:val="ListBullet"/>
      </w:pPr>
      <w:r>
        <w:t>Объясняет значение слова в контексте и различает признаки основных частей речи.</w:t>
      </w:r>
    </w:p>
    <w:p>
      <w:pPr>
        <w:pStyle w:val="ListBullet"/>
      </w:pPr>
      <w:r>
        <w:t>Обосновывает написание слов, использует проверку и словарь.</w:t>
      </w:r>
    </w:p>
    <w:p>
      <w:pPr>
        <w:pStyle w:val="ListBullet"/>
      </w:pPr>
      <w:r>
        <w:t>Находит основы, различает типы связи и аргументирует постановку знаков.</w:t>
      </w:r>
    </w:p>
    <w:p>
      <w:pPr>
        <w:pStyle w:val="ListBullet"/>
      </w:pPr>
      <w:r>
        <w:t>Сохраняет микротемы и логику исходного текста без механического пересказа каждой фразы.</w:t>
      </w:r>
    </w:p>
    <w:p>
      <w:pPr>
        <w:pStyle w:val="ListBullet"/>
      </w:pPr>
      <w:r>
        <w:t>Строит связное рассуждение и связывает пример с тезисом.</w:t>
      </w:r>
    </w:p>
    <w:p>
      <w:pPr>
        <w:pStyle w:val="ListBullet"/>
      </w:pPr>
      <w:r>
        <w:t>Отвечает по существу, сохраняет последовательность и обнаруживает собственные речевые ошибки.</w:t>
      </w:r>
    </w:p>
    <w:p>
      <w:r>
        <w:t>Общие наблюдаемые результаты: ученик объясняет выбранный способ; исправляет ошибку после обратной связи; выполняет аналогичное задание позднее без прямой подсказки; сравнивает самооценку с критериями. Самостоятельность оценивается отдельно от правильности ответа.</w:t>
      </w:r>
    </w:p>
    <w:p>
      <w:pPr>
        <w:pStyle w:val="Heading1"/>
      </w:pPr>
      <w:r>
        <w:t>4. Учебный план</w:t>
      </w:r>
    </w:p>
    <w:p>
      <w:r>
        <w:t>Все часы в таблицах академические, по 45 минут. Контактная практика включает диагностику и контроль; контрольные работы не прибавляются к итогу второй раз. Самостоятельная работа входит в общий объём. Перерывы в академические часы не включены. Стоимость и коммерческие пакеты занятий этим документом не устанавливаются.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  <w:cantSplit/>
        </w:trPr>
        <w:tc>
          <w:tcPr>
            <w:tcW w:type="dxa" w:w="1606"/>
          </w:tcPr>
          <w:p>
            <w:r>
              <w:rPr>
                <w:sz w:val="18"/>
              </w:rPr>
              <w:t>Модуль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Недели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Теория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Практика и контроль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Самостоятельно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Всего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Входная диагностика и учебный маршрут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1–1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Язык и смысл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2–6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Орфография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7–12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24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Синтаксис и пунктуация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13–18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24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Сжатое изложение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19–24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24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Сочинение-рассуждение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25–29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Устная речь и комплексная практика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30–34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Итоговая работа, коррекция и защита результата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35–36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8</w:t>
            </w:r>
          </w:p>
        </w:tc>
      </w:tr>
      <w:tr>
        <w:trPr>
          <w:cantSplit/>
        </w:trPr>
        <w:tc>
          <w:tcPr>
            <w:tcW w:type="dxa" w:w="1606"/>
          </w:tcPr>
          <w:p>
            <w:r>
              <w:rPr>
                <w:sz w:val="18"/>
              </w:rPr>
              <w:t>Итого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36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33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39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72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144</w:t>
            </w:r>
          </w:p>
        </w:tc>
      </w:tr>
    </w:tbl>
    <w:p>
      <w:pPr>
        <w:pStyle w:val="Heading1"/>
      </w:pPr>
      <w:r>
        <w:t>5. Рабочая программа модулей</w:t>
      </w:r>
    </w:p>
    <w:p>
      <w:r>
        <w:t>Входная неделя: проверка доступа, стартовые задания по ключевым умениям, короткое объяснение способа и согласование учебного маршрута. Результат: исходная карта умений, а не экзаменационная отметка.</w:t>
      </w:r>
    </w:p>
    <w:p>
      <w:pPr>
        <w:pStyle w:val="Heading2"/>
      </w:pPr>
      <w:r>
        <w:t>5.1. Язык и смысл</w:t>
      </w:r>
    </w:p>
    <w:p>
      <w:r>
        <w:t>Содержание: Диагностика смысла предложения; Звуки и буквы; Лексическое значение и контекст; Состав слова и словообразование; Части речи и грамматические признаки.</w:t>
      </w:r>
    </w:p>
    <w:p>
      <w:r>
        <w:t>Практическая работа: Сравнение двух трактовок фразы; морфемная схема на доске; словарная карточка с собственным примером.</w:t>
      </w:r>
    </w:p>
    <w:p>
      <w:r>
        <w:t>Проверяемый результат: Объясняет значение слова в контексте и различает признаки основных частей речи.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5.2. Орфография</w:t>
      </w:r>
    </w:p>
    <w:p>
      <w:r>
        <w:t>Содержание: Безударные гласные; Чередования в корне; Приставки; Суффиксы разных частей речи; НЕ и НИ; Слитное, раздельное, дефисное написание.</w:t>
      </w:r>
    </w:p>
    <w:p>
      <w:r>
        <w:t>Практическая работа: Ученик выделяет условие выбора написания, находит ложное объяснение и исправляет его.</w:t>
      </w:r>
    </w:p>
    <w:p>
      <w:r>
        <w:t>Проверяемый результат: Обосновывает написание слов, использует проверку и словарь.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5.3. Синтаксис и пунктуация</w:t>
      </w:r>
    </w:p>
    <w:p>
      <w:r>
        <w:t>Содержание: Грамматическая основа; Второстепенные члены; Однородные члены; Обособление; Сложные предложения; Синтаксический анализ целого текста.</w:t>
      </w:r>
    </w:p>
    <w:p>
      <w:r>
        <w:t>Практическая работа: Построение схем предложений; проверка пунктуации через смысловые отношения.</w:t>
      </w:r>
    </w:p>
    <w:p>
      <w:r>
        <w:t>Проверяемый результат: Находит основы, различает типы связи и аргументирует постановку знаков.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5.4. Сжатое изложение</w:t>
      </w:r>
    </w:p>
    <w:p>
      <w:r>
        <w:t>Содержание: Тема и основная мысль; Микротемы; Исключение второстепенного; Обобщение; Упрощение синтаксиса; Редактирование изложения.</w:t>
      </w:r>
    </w:p>
    <w:p>
      <w:r>
        <w:t>Практическая работа: Составление плана на слух по авторскому тексту преподавателя; две версии сжатия и взаимная проверка.</w:t>
      </w:r>
    </w:p>
    <w:p>
      <w:r>
        <w:t>Проверяемый результат: Сохраняет микротемы и логику исходного текста без механического пересказа каждой фразы.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5.5. Сочинение-рассуждение</w:t>
      </w:r>
    </w:p>
    <w:p>
      <w:r>
        <w:t>Содержание: Понимание вопроса; Формулировка тезиса; Доказательство текстом; Композиция абзацев; Речевая и грамматическая правка.</w:t>
      </w:r>
    </w:p>
    <w:p>
      <w:r>
        <w:t>Практическая работа: Разбор спорного тезиса; подбор подтверждающего эпизода; самостоятельное сочинение и доработка по критериям.</w:t>
      </w:r>
    </w:p>
    <w:p>
      <w:r>
        <w:t>Проверяемый результат: Строит связное рассуждение и связывает пример с тезисом.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pPr>
        <w:pStyle w:val="Heading2"/>
      </w:pPr>
      <w:r>
        <w:t>5.6. Устная речь и комплексная практика</w:t>
      </w:r>
    </w:p>
    <w:p>
      <w:r>
        <w:t>Содержание: Выразительное чтение; Пересказ и цитирование; Монолог; Диалог; Смешанный вариант и самопроверка.</w:t>
      </w:r>
    </w:p>
    <w:p>
      <w:r>
        <w:t>Практическая работа: Устное объяснение, запись при согласованном порядке и разбор речи; итоговое собеседование тренируется отдельно от письменного ОГЭ.</w:t>
      </w:r>
    </w:p>
    <w:p>
      <w:r>
        <w:t>Проверяемый результат: Отвечает по существу, сохраняет последовательность и обнаруживает собственные речевые ошибки.</w:t>
      </w:r>
    </w:p>
    <w:p>
      <w:r>
        <w:t>Текущий контроль: короткий ответ с объяснением, самостоятельное упражнение и анализ одной ошибки. На последней неделе модуля выполняется тематическая работа; результат фиксируется по критериям, затем назначается коррекция.</w:t>
      </w:r>
    </w:p>
    <w:p>
      <w:r>
        <w:t>Завершающие недели: целостная работа по содержанию курса, анализ результата, повторная проверка выбранных затруднений и устная защита одного решения. Учебная итоговая работа не выдаётся за официальный вариант или результат ОГЭ/ЕГЭ.</w:t>
      </w:r>
    </w:p>
    <w:p>
      <w:pPr>
        <w:pStyle w:val="Heading1"/>
      </w:pPr>
      <w:r>
        <w:t>6. Календарный учебный график</w:t>
      </w:r>
    </w:p>
    <w:p>
      <w:r>
        <w:t>Две контактные части по 45 минут в неделю и 90 минут самостоятельной работы. Контактные части можно объединить в одну встречу с перерывом. Время указывается по Москве. В 45-минутной части чередуются объяснение, работа на бумаге и обсуждение; это не требование непрерывно смотреть на экран. Возрастные ограничения экранной нагрузки и перерывы устанавливаются в расписании с учётом применимых санитарных норм.</w:t>
      </w:r>
    </w:p>
    <w:p>
      <w:r>
        <w:t>Живые встречи с преподавателем проводятся по видеосвязи. Самостоятельные задания выдаются и проверяются через платформу. Старт набора, каникулы, праздничные дни и даты контрольных работ утверждаются отдельным календарём до зачисления. Ниже приведён относительный график из 36 учебных недель. При пропуске преподаватель назначает материалы и проверку результата; занятие не считается освоенным только по факту подключения.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</w:tcPr>
          <w:p>
            <w:r>
              <w:rPr>
                <w:sz w:val="18"/>
              </w:rPr>
              <w:t>Неделя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Тема и результат работы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Контактные часы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Самостоятельные часы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Входная диагностика, проверка доступа, карта умений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Диагностика смысла предложения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Звуки и буквы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Лексическое значение и контекст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Состав слова и словообразование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Части речи и грамматические признаки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Безударные гласные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Чередования в корне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Приставки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Суффиксы разных частей речи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НЕ и НИ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Слитное, раздельное, дефисное написание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Грамматическая основа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Второстепенные члены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Однородные члены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Обособление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Сложные предложения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Синтаксический анализ целого текста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19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Тема и основная мысль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Микротемы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Исключение второстепенного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Обобщение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Упрощение синтаксиса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Редактирование изложения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Понимание вопроса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Формулировка тезиса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27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Доказательство текстом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28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Композиция абзацев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29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Речевая и грамматическая правка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30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Выразительное чтение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31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Пересказ и цитирование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Монолог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33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Диалог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34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Смешанный вариант и самопроверка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35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Итоговая комплексная работа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  <w:tr>
        <w:trPr>
          <w:cantSplit/>
        </w:trPr>
        <w:tc>
          <w:tcPr>
            <w:tcW w:type="dxa" w:w="2409"/>
          </w:tcPr>
          <w:p>
            <w:r>
              <w:rPr>
                <w:sz w:val="18"/>
              </w:rPr>
              <w:t>36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Коррекция, повторная проверка и защита решения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2</w:t>
            </w:r>
          </w:p>
        </w:tc>
      </w:tr>
    </w:tbl>
    <w:p>
      <w:pPr>
        <w:pStyle w:val="Heading1"/>
      </w:pPr>
      <w:r>
        <w:t>7. Формы контроля и итоговой оценки</w:t>
      </w:r>
    </w:p>
    <w:p>
      <w:pPr>
        <w:pStyle w:val="ListBullet"/>
      </w:pPr>
      <w:r>
        <w:t>Входной контроль, неделя 1: письменные/компьютерные задания, а для английского также устный ответ и понимание речи. Фиксируются стартовые умения без проходного порога.</w:t>
      </w:r>
    </w:p>
    <w:p>
      <w:pPr>
        <w:pStyle w:val="ListBullet"/>
      </w:pPr>
      <w:r>
        <w:t>Текущий контроль: на каждой учебной неделе преподаватель проверяет результат практики и выбранное самостоятельное задание.</w:t>
      </w:r>
    </w:p>
    <w:p>
      <w:pPr>
        <w:pStyle w:val="ListBullet"/>
      </w:pPr>
      <w:r>
        <w:t>Тематический контроль: на неделях 6, 12, 18, 24, 29 и 34; работа охватывает результаты завершённого модуля.</w:t>
      </w:r>
    </w:p>
    <w:p>
      <w:pPr>
        <w:pStyle w:val="ListBullet"/>
      </w:pPr>
      <w:r>
        <w:t>Итоговый контроль: неделя 35, комплексная работа; неделя 36, разбор и повторная проверка неосвоенных действий. При техническом сбое назначается дополнительное время без штрафа за сам сбой.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  <w:cantSplit/>
        </w:trPr>
        <w:tc>
          <w:tcPr>
            <w:tcW w:type="dxa" w:w="3213"/>
          </w:tcPr>
          <w:p>
            <w:r>
              <w:rPr>
                <w:sz w:val="18"/>
              </w:rPr>
              <w:t>Компонент внутренней итоговой оценки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Доля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Что проверяется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Предметные действия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60%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Правильность и полнота выполнения заданий всех шести модулей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Объяснение способа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20%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Обоснованность переходов, доказательств, примеров или языкового выбора</w:t>
            </w:r>
          </w:p>
        </w:tc>
      </w:tr>
      <w:tr>
        <w:trPr>
          <w:cantSplit/>
        </w:trPr>
        <w:tc>
          <w:tcPr>
            <w:tcW w:type="dxa" w:w="3213"/>
          </w:tcPr>
          <w:p>
            <w:r>
              <w:rPr>
                <w:sz w:val="18"/>
              </w:rPr>
              <w:t>Самопроверка и коррекция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20%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Умение обнаружить, объяснить и исправить ошибку в новой ситуации</w:t>
            </w:r>
          </w:p>
        </w:tc>
      </w:tr>
    </w:tbl>
    <w:p>
      <w:r>
        <w:t>Проектный внутренний зачёт: не менее 60% общей суммы и не менее 50% предметной части. Результат ниже порога означает необходимость коррекции и повторной проверки, а не «неспособность к предмету». Проценты относятся к учебной рубрике Классвилля, не переводятся автоматически в баллы или отметку государственного экзамена. Критерии ФИПИ применяются отдельно только к заданиям соответствующего формата и года.</w:t>
      </w:r>
    </w:p>
    <w:p>
      <w:r>
        <w:t>Для повторной попытки выдаются другие данные или другой текст с сохранением проверяемого умения. Преподаватель фиксирует дату, вариант, полученные баллы по критериям и обратную связь. Возражение по оценке сначала разбирается по критериям; спорный случай передаётся назначенному ИП ответственному специалисту. В методическом регламенте принят срок проверки обычной работы до трёх рабочих дней, итоговой до пяти рабочих дней. Исправление ошибки и повторная попытка согласуются с учеником. Возражение по оценке рассматривается в течение пяти рабочих дней; ответ объясняет применение критериев. Эти сроки включаются в нагрузку преподавателя и локальные документы до начала оказания услуг.</w:t>
      </w:r>
    </w:p>
    <w:p>
      <w:pPr>
        <w:pStyle w:val="Heading1"/>
      </w:pPr>
      <w:r>
        <w:t>8. Оценочные материалы по модулям</w:t>
      </w:r>
    </w:p>
    <w:p>
      <w:r>
        <w:t>Для каждого из шести модулей подготовлены два варианта учебной проверки, А и Б, с ответами и тремя критериями. Вариант А используется для первой попытки, Б для повторной после разбора. Это авторские проверки отдельных умений, не официальные КИМ и не полный фонд итоговой аттестации. Публикация ключей делает их пригодными для открытой практики; для закрытого контроля преподаватель готовит новый эквивалентный вариант.</w:t>
      </w:r>
    </w:p>
    <w:p>
      <w:r>
        <w:t>Каждый критерий оценивается от 0 до 2: 2 означает полное и корректное выполнение; 1 означает верный подход при конкретном недочёте, который указан в комментарии; 0 означает отсутствие требуемого действия или неверный подход. Максимум за вариант 6 баллов. Проверка освоена при 5–6 баллах без нулевого критерия; при 3–4 нужна адресная коррекция, при 0–2 повторное объяснение и новый пример. Это внутренняя учебная шкала, а не пересчёт в баллы ОГЭ/ЕГЭ.</w:t>
      </w:r>
    </w:p>
    <w:p>
      <w:r>
        <w:t>Время одной проверки ориентировочно 15–25 минут внутри контактной практики модуля; письменные и устные работы распределяются между учебными частями. Все фактически выданные работы должны укладываться в план часов. Аудирование выполняется без показа скрипта ученику: преподаватель читает авторский текст дважды; это способ проведения задания, а не заявление о готовой аудиотеке.</w:t>
      </w:r>
    </w:p>
    <w:p>
      <w:pPr>
        <w:pStyle w:val="Heading2"/>
      </w:pPr>
      <w:r>
        <w:t>8.1. Язык и смысл</w:t>
      </w:r>
    </w:p>
    <w:p>
      <w:pPr>
        <w:pStyle w:val="Heading3"/>
      </w:pPr>
      <w:r>
        <w:t>Вариант А</w:t>
      </w:r>
    </w:p>
    <w:p>
      <w:r>
        <w:t>Задание: Прочитайте: «Тихий голос учителя помог классу сосредоточиться». Выпишите грамматическую основу, объясните слово «сосредоточиться» и замените «тихий» близким по смыслу словом в этом контексте.</w:t>
      </w:r>
    </w:p>
    <w:p>
      <w:r>
        <w:t>Ответ и ориентиры проверки: Основа: голос помог. Сосредоточиться: направить внимание на одно дело. Негромкий голос.</w:t>
      </w:r>
    </w:p>
    <w:p>
      <w:pPr>
        <w:pStyle w:val="Heading3"/>
      </w:pPr>
      <w:r>
        <w:t>Вариант Б</w:t>
      </w:r>
    </w:p>
    <w:p>
      <w:r>
        <w:t>Задание: «Спокойный ответ ученика убедил собеседника». Выпишите основу, объясните «убедил» и подберите синоним к «спокойный».</w:t>
      </w:r>
    </w:p>
    <w:p>
      <w:r>
        <w:t>Ответ и ориентиры проверки: Ответ убедил; убедил: помог принять мнение доводами; сдержанный/уверенный ответ допустим при объяснении оттенка.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Основа без второстепенных членов</w:t>
      </w:r>
    </w:p>
    <w:p>
      <w:pPr>
        <w:pStyle w:val="ListBullet"/>
      </w:pPr>
      <w:r>
        <w:t>Смысл слова объяснён в контексте</w:t>
      </w:r>
    </w:p>
    <w:p>
      <w:pPr>
        <w:pStyle w:val="ListBullet"/>
      </w:pPr>
      <w:r>
        <w:t>Синоним сохраняет смысл предложения</w:t>
      </w:r>
    </w:p>
    <w:p>
      <w:pPr>
        <w:pStyle w:val="Heading2"/>
      </w:pPr>
      <w:r>
        <w:t>8.2. Орфография</w:t>
      </w:r>
    </w:p>
    <w:p>
      <w:pPr>
        <w:pStyle w:val="Heading3"/>
      </w:pPr>
      <w:r>
        <w:t>Вариант А</w:t>
      </w:r>
    </w:p>
    <w:p>
      <w:r>
        <w:t>Задание: Вставьте буквы в «л..сной», «п..сьмо», «ч..сы». Для каждого слова приведите проверку или правило.</w:t>
      </w:r>
    </w:p>
    <w:p>
      <w:r>
        <w:t>Ответ и ориентиры проверки: Лесной: лес; письмо: письма; часы: ча пишется с а.</w:t>
      </w:r>
    </w:p>
    <w:p>
      <w:pPr>
        <w:pStyle w:val="Heading3"/>
      </w:pPr>
      <w:r>
        <w:t>Вариант Б</w:t>
      </w:r>
    </w:p>
    <w:p>
      <w:r>
        <w:t>Задание: Вставьте буквы в «тр..ва», «з..мой», «щ..вель». Объясните каждое написание.</w:t>
      </w:r>
    </w:p>
    <w:p>
      <w:r>
        <w:t>Ответ и ориентиры проверки: Трава: травы; зимой: зимы; щавель: ща пишется с а.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Первое написание и объяснение</w:t>
      </w:r>
    </w:p>
    <w:p>
      <w:pPr>
        <w:pStyle w:val="ListBullet"/>
      </w:pPr>
      <w:r>
        <w:t>Второе написание и объяснение</w:t>
      </w:r>
    </w:p>
    <w:p>
      <w:pPr>
        <w:pStyle w:val="ListBullet"/>
      </w:pPr>
      <w:r>
        <w:t>Третье написание и объяснение</w:t>
      </w:r>
    </w:p>
    <w:p>
      <w:pPr>
        <w:pStyle w:val="Heading2"/>
      </w:pPr>
      <w:r>
        <w:t>8.3. Синтаксис и пунктуация</w:t>
      </w:r>
    </w:p>
    <w:p>
      <w:pPr>
        <w:pStyle w:val="Heading3"/>
      </w:pPr>
      <w:r>
        <w:t>Вариант А</w:t>
      </w:r>
    </w:p>
    <w:p>
      <w:r>
        <w:t>Задание: Расставьте знаки: «Когда урок закончился ребята обсудили задачу и записали решение». Выделите основы и объясните, нужна ли запятая перед «и».</w:t>
      </w:r>
    </w:p>
    <w:p>
      <w:r>
        <w:t>Ответ и ориентиры проверки: Когда урок закончился, ребята обсудили задачу и записали решение. Основы: урок закончился; ребята обсудили и записали. Перед одиночным и между однородными сказуемыми запятой нет.</w:t>
      </w:r>
    </w:p>
    <w:p>
      <w:pPr>
        <w:pStyle w:val="Heading3"/>
      </w:pPr>
      <w:r>
        <w:t>Вариант Б</w:t>
      </w:r>
    </w:p>
    <w:p>
      <w:r>
        <w:t>Задание: «Если дождь прекратится команда выйдет на поле и начнёт тренировку». Расставьте знаки, выделите основы и объясните «и».</w:t>
      </w:r>
    </w:p>
    <w:p>
      <w:r>
        <w:t>Ответ и ориентиры проверки: Если дождь прекратится, команда выйдет на поле и начнёт тренировку. Дождь прекратится; команда выйдет и начнёт. Запятая перед и не нужна.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Выделена граница придаточного</w:t>
      </w:r>
    </w:p>
    <w:p>
      <w:pPr>
        <w:pStyle w:val="ListBullet"/>
      </w:pPr>
      <w:r>
        <w:t>Верны грамматические основы</w:t>
      </w:r>
    </w:p>
    <w:p>
      <w:pPr>
        <w:pStyle w:val="ListBullet"/>
      </w:pPr>
      <w:r>
        <w:t>Обосновано отсутствие второй запятой</w:t>
      </w:r>
    </w:p>
    <w:p>
      <w:pPr>
        <w:pStyle w:val="Heading2"/>
      </w:pPr>
      <w:r>
        <w:t>8.4. Сжатое изложение</w:t>
      </w:r>
    </w:p>
    <w:p>
      <w:pPr>
        <w:pStyle w:val="Heading3"/>
      </w:pPr>
      <w:r>
        <w:t>Вариант А</w:t>
      </w:r>
    </w:p>
    <w:p>
      <w:r>
        <w:t>Задание: Сожмите до 25–35 слов: «В школьной библиотеке появилось много новых книг. Школьники хотели быстрее узнать о новинках. Они создали небольшой клуб: каждый читал одну книгу и рассказывал о ней другим. Так участники узнавали больше, не читая сразу весь список». Сохраните проблему, действие и результат.</w:t>
      </w:r>
    </w:p>
    <w:p>
      <w:r>
        <w:t>Ответ и ориентиры проверки: Пример: В школьную библиотеку поступили новые книги, и ученики организовали читательский клуб: каждый знакомился с одной книгой и рассказывал о ней остальным, помогая им узнать о новинках.</w:t>
      </w:r>
    </w:p>
    <w:p>
      <w:pPr>
        <w:pStyle w:val="Heading3"/>
      </w:pPr>
      <w:r>
        <w:t>Вариант Б</w:t>
      </w:r>
    </w:p>
    <w:p>
      <w:r>
        <w:t>Задание: Сожмите до 25–35 слов: «В классе накопились сложные задачи. Ребята не успевали разобрать их поодиночке. Они распределили задачи, а затем каждый объяснил свой способ решения другим. Совместная работа помогла всему классу разобраться в трудных темах».</w:t>
      </w:r>
    </w:p>
    <w:p>
      <w:r>
        <w:t>Ответ и ориентиры проверки: Допустим текст 25–35 слов с сохранением затруднения, распределения задач и обмена объяснениями как причины общего результата; не добавлять неуказанные оценки или победы.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Сохранены три смысловые части</w:t>
      </w:r>
    </w:p>
    <w:p>
      <w:pPr>
        <w:pStyle w:val="ListBullet"/>
      </w:pPr>
      <w:r>
        <w:t>Соблюдены объём и связность</w:t>
      </w:r>
    </w:p>
    <w:p>
      <w:pPr>
        <w:pStyle w:val="ListBullet"/>
      </w:pPr>
      <w:r>
        <w:t>Нет фактических и причинных искажений</w:t>
      </w:r>
    </w:p>
    <w:p>
      <w:pPr>
        <w:pStyle w:val="Heading2"/>
      </w:pPr>
      <w:r>
        <w:t>8.5. Сочинение-рассуждение</w:t>
      </w:r>
    </w:p>
    <w:p>
      <w:pPr>
        <w:pStyle w:val="Heading3"/>
      </w:pPr>
      <w:r>
        <w:t>Вариант А</w:t>
      </w:r>
    </w:p>
    <w:p>
      <w:r>
        <w:t>Задание: Напишите 80–100 слов: почему полезно объяснять своё решение? Используйте эпизод: ученик получил верный ответ случайно, но при объяснении обнаружил пропущенный шаг и решил новую задачу самостоятельно. Нужны тезис, пример с пояснением и вывод.</w:t>
      </w:r>
    </w:p>
    <w:p>
      <w:r>
        <w:t>Ответ и ориентиры проверки: Возможный тезис: объяснение помогает отличить понимание от угадывания. Пример должен связать обнаружение пропуска с самостоятельным решением; допустима другая обоснованная позиция. Это учебное рассуждение, не полный формат ОГЭ.</w:t>
      </w:r>
    </w:p>
    <w:p>
      <w:pPr>
        <w:pStyle w:val="Heading3"/>
      </w:pPr>
      <w:r>
        <w:t>Вариант Б</w:t>
      </w:r>
    </w:p>
    <w:p>
      <w:r>
        <w:t>Задание: Напишите 80–100 слов о пользе обратной связи. Эпизод: одноклассник указал не ответ, а место ошибки; ученик пересмотрел ход решения и справился с похожей задачей.</w:t>
      </w:r>
    </w:p>
    <w:p>
      <w:r>
        <w:t>Ответ и ориентиры проверки: Обратная связь полезна, когда помогает увидеть причину ошибки. Пример раскрывает самостоятельное исправление; вывод следует из рассуждения.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Тезис и содержательный пример</w:t>
      </w:r>
    </w:p>
    <w:p>
      <w:pPr>
        <w:pStyle w:val="ListBullet"/>
      </w:pPr>
      <w:r>
        <w:t>Объяснена связь примера с тезисом</w:t>
      </w:r>
    </w:p>
    <w:p>
      <w:pPr>
        <w:pStyle w:val="ListBullet"/>
      </w:pPr>
      <w:r>
        <w:t>Связный грамотный текст в заданном объёме</w:t>
      </w:r>
    </w:p>
    <w:p>
      <w:pPr>
        <w:pStyle w:val="Heading2"/>
      </w:pPr>
      <w:r>
        <w:t>8.6. Устная речь и комплексная практика</w:t>
      </w:r>
    </w:p>
    <w:p>
      <w:pPr>
        <w:pStyle w:val="Heading3"/>
      </w:pPr>
      <w:r>
        <w:t>Вариант А</w:t>
      </w:r>
    </w:p>
    <w:p>
      <w:r>
        <w:t>Задание: Подготовьте устный ответ на 1–2 минуты: как организовать совместную подготовку к контрольной? Назовите план из трёх действий, объясните пользу одного и ответьте на вопрос «Как понять, что каждый разобрался?».</w:t>
      </w:r>
    </w:p>
    <w:p>
      <w:r>
        <w:t>Ответ и ориентиры проверки: Возможный план: распределить темы, обсудить решения, каждому дать новое самостоятельное задание. Признак понимания: решение и объяснение без прямой подсказки.</w:t>
      </w:r>
    </w:p>
    <w:p>
      <w:pPr>
        <w:pStyle w:val="Heading3"/>
      </w:pPr>
      <w:r>
        <w:t>Вариант Б</w:t>
      </w:r>
    </w:p>
    <w:p>
      <w:r>
        <w:t>Задание: Устно объясните, как вернуться к теме после пропуска. Три действия, обоснование одного, ответ на вопрос «Что делать, если конспекта недостаточно?».</w:t>
      </w:r>
    </w:p>
    <w:p>
      <w:r>
        <w:t>Ответ и ориентиры проверки: Прочитать материал, разобрать пример, выполнить новое задание; при затруднении сформулировать конкретный вопрос преподавателю.</w:t>
      </w:r>
    </w:p>
    <w:p>
      <w:r>
        <w:t>Критерии для обоих вариантов, по 0–2 балла каждый:</w:t>
      </w:r>
    </w:p>
    <w:p>
      <w:pPr>
        <w:pStyle w:val="ListBullet"/>
      </w:pPr>
      <w:r>
        <w:t>Полный и логичный план</w:t>
      </w:r>
    </w:p>
    <w:p>
      <w:pPr>
        <w:pStyle w:val="ListBullet"/>
      </w:pPr>
      <w:r>
        <w:t>Обоснование действия</w:t>
      </w:r>
    </w:p>
    <w:p>
      <w:pPr>
        <w:pStyle w:val="ListBullet"/>
      </w:pPr>
      <w:r>
        <w:t>Содержательный ответ без заученной подмены вопроса</w:t>
      </w:r>
    </w:p>
    <w:p>
      <w:pPr>
        <w:pStyle w:val="Heading1"/>
      </w:pPr>
      <w:r>
        <w:t>9. Методические материалы</w:t>
      </w:r>
    </w:p>
    <w:p>
      <w:r>
        <w:t>Структура контактной части 45 минут: 5 минут на повтор, 10 на объяснение, 15 на управляемую практику, 10 на самостоятельное применение, 5 на вывод и следующий шаг. В контрольных занятиях структура меняется по цели. Работу на экране чередуют с работой на бумаге и устным обсуждением.</w:t>
      </w:r>
    </w:p>
    <w:p>
      <w:r>
        <w:t>Поддержка: опорная схема, разобранный пример с пропущенным шагом, затем независимое решение. Усложнение: альтернативный способ, контрпример, перенос в новый контекст. Готовый ответ без объяснения не используется как единственное доказательство освоения.</w:t>
      </w:r>
    </w:p>
    <w:p>
      <w:r>
        <w:t>Карточка ошибки: дата; тема; мой исходный ответ; где нарушена логика; корректный шаг; новое упражнение; результат проверки через 7–14 дней. Карточка заполняется учеником и проверяется преподавателем в задании или комментарии; отдельный автоматический сервис карточек не заявляется.</w:t>
      </w:r>
    </w:p>
    <w:p>
      <w:r>
        <w:t>Обратная связь родителю: что ребёнок уже выполняет самостоятельно; на какой теме нужна помощь; какое действие запланировано до следующей проверки. Другие ученики, их оценки и работы родителю не раскрываются. Автоматическая рассылка отчётов не заявляется.</w:t>
      </w:r>
    </w:p>
    <w:p>
      <w:pPr>
        <w:pStyle w:val="Heading1"/>
      </w:pPr>
      <w:r>
        <w:t>10. Организационно-педагогические условия</w:t>
      </w:r>
    </w:p>
    <w:p>
      <w:r>
        <w:t>Кадровое обеспечение: преподаватель с подготовкой, соответствующей предмету и применимым требованиям к педагогической деятельности. До запуска ИП определяет конкретных исполнителей, проверяет документы об образовании и допуске к работе, закрепляет нагрузку и ответственность. ФИО, квалификация и документы преподавателей в этот проект ещё не внесены. Автоматическая проверка не заменяет педагогическую оценку развёрнутых ответов.</w:t>
      </w:r>
    </w:p>
    <w:p>
      <w:r>
        <w:t>Технические средства ученика: компьютер или ноутбук с актуальным браузером, устойчивым доступом в интернет, средствами воспроизведения звука и микрофоном; для практики информатики среда Python 3 и офисный пакет. Для рукописных решений достаточно бумаги и средства загрузки фотографии. Телефон может использоваться для просмотра и передачи работы, но не заменяет компьютер в практических заданиях по информатике.</w:t>
      </w:r>
    </w:p>
    <w:p>
      <w:r>
        <w:t>Среда Классвилля: вход в кабинет, расписание, занятия с видеосвязью, общая доска, выдача и сдача заданий, прикрепление материалов, проверка и результаты. Доска занятия сохраняется на сервере; отдельные личные доски остаются локальными. Запись видеоурока не заявляется как обязательная или уже действующая функция. Контроль выполнения программы требует наполнения курса всеми материалами, а не только наличия этих инструментов.</w:t>
      </w:r>
    </w:p>
    <w:p>
      <w:r>
        <w:t>При техническом сбое: ученик сообщает преподавателю по согласованному каналу, сохраняет выполненную часть; преподаватель проверяет доступ и назначает перенос либо эквивалентную работу. Сбой сам по себе не снижает предметную оценку. Для обращения в школу используется телефон +7 993 447-31-10. Круглосуточная поддержка не заявляется. Сроки ответа и часы работы устанавливаются до запуска и доводятся до семьи.</w:t>
      </w:r>
    </w:p>
    <w:p>
      <w:r>
        <w:t>Доступность: текстовые инструкции, читаемый размер шрифта, материалы в доступном текстовом формате, возможность устного уточнения и дополнительного времени по согласованию. Адаптированная программа и специальные условия разрабатываются отдельно при наличии потребности; готовность таких условий этим проектом не подтверждается.</w:t>
      </w:r>
    </w:p>
    <w:p>
      <w:pPr>
        <w:pStyle w:val="Heading1"/>
      </w:pPr>
      <w:r>
        <w:t>11. Учебно-информационное обеспечение</w:t>
      </w:r>
    </w:p>
    <w:p>
      <w:pPr>
        <w:pStyle w:val="ListBullet"/>
      </w:pPr>
      <w:r>
        <w:t>Авторские конспекты, задания, рубрики и схемы Классвилля; перед использованием проверяются преподавателем.</w:t>
      </w:r>
    </w:p>
    <w:p>
      <w:pPr>
        <w:pStyle w:val="ListBullet"/>
      </w:pPr>
      <w:r>
        <w:t>Открытые демоверсии, спецификации, кодификаторы и методические рекомендации ФИПИ соответствующего экзамена и года.</w:t>
      </w:r>
    </w:p>
    <w:p>
      <w:pPr>
        <w:pStyle w:val="ListBullet"/>
      </w:pPr>
      <w:r>
        <w:t>Для языковых предметов: нормативные словари, собственные или законно используемые тексты и аудио.</w:t>
      </w:r>
    </w:p>
    <w:p>
      <w:pPr>
        <w:pStyle w:val="ListBullet"/>
      </w:pPr>
      <w:r>
        <w:t>Для истории и обществознания: проверяемые исторические источники, Конституция и актуальные официальные нормативные тексты.</w:t>
      </w:r>
    </w:p>
    <w:p>
      <w:pPr>
        <w:pStyle w:val="ListBullet"/>
      </w:pPr>
      <w:r>
        <w:t>Для информатики: документация Python 3 и используемого офисного пакета; учебные данные без сведений о реальных детях.</w:t>
      </w:r>
    </w:p>
    <w:p>
      <w:r>
        <w:t>На 27.09.2026 документы ФИПИ для экзаменов 2027 года опубликованы как проекты. До утверждения программы выполняется построчное сопоставление результатов и тем с окончательным кодификатором; изменения фиксируются новой версией документа. Полное соответствие окончательной модели 2027 года сейчас не заявляется. Номера заданий и максимальные экзаменационные баллы намеренно не закреплены в проекте.</w:t>
      </w:r>
    </w:p>
    <w:p>
      <w:pPr>
        <w:pStyle w:val="Heading1"/>
      </w:pPr>
      <w:r>
        <w:t>12. Утверждение и контроль версии</w:t>
      </w:r>
    </w:p>
    <w:p>
      <w:pPr>
        <w:pStyle w:val="ListBullet"/>
      </w:pPr>
      <w:r>
        <w:t>В заявлении и локальных документах использовать выбранные решения: дополнительное образование детей и взрослых; заочная форма; исключительно электронное обучение и дистанционные образовательные технологии.</w:t>
      </w:r>
    </w:p>
    <w:p>
      <w:pPr>
        <w:pStyle w:val="ListBullet"/>
      </w:pPr>
      <w:r>
        <w:t>Проверить покрытие кодификатора и корректность содержания предметным преподавателем.</w:t>
      </w:r>
    </w:p>
    <w:p>
      <w:pPr>
        <w:pStyle w:val="ListBullet"/>
      </w:pPr>
      <w:r>
        <w:t>Дополнить модульные проверки заданиями по остальным результатам, закрытыми итоговыми вариантами и всеми учебными материалами. Авторские скрипты аудирования уже включены, записи и прочие ресурсы готовятся по необходимости.</w:t>
      </w:r>
    </w:p>
    <w:p>
      <w:pPr>
        <w:pStyle w:val="ListBullet"/>
      </w:pPr>
      <w:r>
        <w:t>Указать разработчика/рецензента и преподавателей с подтверждённой квалификацией.</w:t>
      </w:r>
    </w:p>
    <w:p>
      <w:pPr>
        <w:pStyle w:val="ListBullet"/>
      </w:pPr>
      <w:r>
        <w:t>Утвердить календарные даты, размер группы и режим перерывов; включить выбранные сроки проверки в локальный регламент и обеспечить их исполнение.</w:t>
      </w:r>
    </w:p>
    <w:p>
      <w:pPr>
        <w:pStyle w:val="ListBullet"/>
      </w:pPr>
      <w:r>
        <w:t>Оформить утверждение ИП с реальной датой и номером распорядительного документа.</w:t>
      </w:r>
    </w:p>
    <w:p>
      <w:pPr>
        <w:pStyle w:val="ListBullet"/>
      </w:pPr>
      <w:r>
        <w:t>Разместить утверждённую редакцию и её приложения по стабильному адресу; проверить доступ сотрудника лицензирующего органа.</w:t>
      </w:r>
    </w:p>
    <w:p>
      <w:r>
        <w:t>Настоящий проект не заполняет за владельца реквизиты несуществующего приказа, сведения о лицензии, составе преподавателей или фактически отсутствующих ресурсах. Вопросы применения требований к конкретному ИП согласуются с Ростобрнадзором. До выполнения перечисленных действий документ не следует представлять как утверждённую реализуемую программу.</w:t>
      </w:r>
    </w:p>
    <w:p>
      <w:pPr>
        <w:pStyle w:val="Heading1"/>
      </w:pPr>
      <w:r>
        <w:t>Приложение. Рабочие формы преподавателя</w:t>
      </w:r>
    </w:p>
    <w:p>
      <w:r>
        <w:t>Формы ниже используются вручную: в задании, комментарии или отдельном файле курса. Поля заполняются по фактической работе ученика. Примеры заполнения не являются результатами реальных учеников. Автоматические отчёты, напоминания и расчёт этих рубрик в кабинете не заявляются.</w:t>
      </w:r>
    </w:p>
    <w:p>
      <w:pPr>
        <w:pStyle w:val="Heading1"/>
      </w:pPr>
      <w:r>
        <w:t>Карта стартовой диагностики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Что фиксируем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Как заполняем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Ученик, предмет, дата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Идентификатор ученика в кабинете, название курса, фактическая дата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Умение и задание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Конкретное действие и версия задания; не только общее название темы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Результат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Что выполнено самостоятельно, где понадобилась подсказка; баллы по критериям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Причина затруднения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Недостаток знания / неверный выбор способа / ошибка выполнения / пропуск проверки. Это учебное наблюдение, не психологический диагноз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Ближайший шаг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Одно посильное действие, срок и способ проверки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Нагрузка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Общее время по выбранным предметам; согласованное с семьёй распределение</w:t>
            </w:r>
          </w:p>
        </w:tc>
      </w:tr>
    </w:tbl>
    <w:p>
      <w:pPr>
        <w:pStyle w:val="Heading1"/>
      </w:pPr>
      <w:r>
        <w:t>Карточка исправления ошибки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</w:tcPr>
          <w:p>
            <w:r>
              <w:rPr>
                <w:sz w:val="18"/>
              </w:rPr>
              <w:t>Поле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Инструкция ученику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Исходный ответ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Сохрани свой ответ или фотографию решения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Место ошибки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Укажи конкретный шаг, слово, факт или проверку, которую пропустил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Причина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Объясни, почему выбрал этот шаг; если пока не понял, так и напиши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Исправление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Запиши правильный шаг и его основание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Новый пример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Выполни другой вариант без копирования предыдущего ответа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sz w:val="18"/>
              </w:rPr>
              <w:t>Повтор через 7–14 дней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Отметь дату и выполни короткое новое задание; преподаватель сравнит самостоятельность</w:t>
            </w:r>
          </w:p>
        </w:tc>
      </w:tr>
    </w:tbl>
    <w:p>
      <w:pPr>
        <w:pStyle w:val="Heading1"/>
      </w:pPr>
      <w:r>
        <w:t>Журнал проверки модуля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/>
          <w:cantSplit/>
        </w:trPr>
        <w:tc>
          <w:tcPr>
            <w:tcW w:type="dxa" w:w="1928"/>
          </w:tcPr>
          <w:p>
            <w:r>
              <w:rPr>
                <w:sz w:val="18"/>
              </w:rPr>
              <w:t>Ученик и дата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Модуль / вариант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Критерии 1 / 2 / 3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Что исправить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Повторная проверка</w:t>
            </w:r>
          </w:p>
        </w:tc>
      </w:tr>
      <w:tr>
        <w:trPr>
          <w:cantSplit/>
        </w:trPr>
        <w:tc>
          <w:tcPr>
            <w:tcW w:type="dxa" w:w="1928"/>
          </w:tcPr>
          <w:p>
            <w:r>
              <w:rPr>
                <w:sz w:val="18"/>
              </w:rPr>
              <w:t>Заполняется преподавателем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Номер и выданный вариант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0–2 / 0–2 / 0–2 с пояснением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Конкретное действие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Дата, другой вариант, результат</w:t>
            </w:r>
          </w:p>
        </w:tc>
      </w:tr>
    </w:tbl>
    <w:p>
      <w:r>
        <w:t>По одному упражнению нельзя делать вывод о полном освоении модуля. Журнал дополняется наблюдениями на занятии и самостоятельными работами по остальным результатам. Учитываются обстоятельства выполнения; подсказка отмечается отдельно и не маскируется высокой оценкой.</w:t>
      </w:r>
    </w:p>
    <w:p>
      <w:pPr>
        <w:pStyle w:val="Heading1"/>
      </w:pPr>
      <w:r>
        <w:t>Короткий отчёт родителю</w:t>
      </w:r>
    </w:p>
    <w:p>
      <w:pPr>
        <w:pStyle w:val="ListBullet"/>
      </w:pPr>
      <w:r>
        <w:t>Период и предмет: фактические даты и название курса.</w:t>
      </w:r>
    </w:p>
    <w:p>
      <w:pPr>
        <w:pStyle w:val="ListBullet"/>
      </w:pPr>
      <w:r>
        <w:t>Уже получается: одно или два действия с опорой на выполненную работу.</w:t>
      </w:r>
    </w:p>
    <w:p>
      <w:pPr>
        <w:pStyle w:val="ListBullet"/>
      </w:pPr>
      <w:r>
        <w:t>Над чем работаем: конкретное затруднение и его учебная причина.</w:t>
      </w:r>
    </w:p>
    <w:p>
      <w:pPr>
        <w:pStyle w:val="ListBullet"/>
      </w:pPr>
      <w:r>
        <w:t>Следующий шаг: задание, срок и способ проверки.</w:t>
      </w:r>
    </w:p>
    <w:p>
      <w:pPr>
        <w:pStyle w:val="ListBullet"/>
      </w:pPr>
      <w:r>
        <w:t>Как помочь дома: посильное действие без выполнения работы за ребёнка.</w:t>
      </w:r>
    </w:p>
    <w:p>
      <w:pPr>
        <w:pStyle w:val="ListBullet"/>
      </w:pPr>
      <w:r>
        <w:t>Пропуски и нагрузка: факты и договорённость о восстановлении; без сравнения с другими детьми.</w:t>
      </w:r>
    </w:p>
    <w:p>
      <w:r>
        <w:t>Учебный пример формулировки: «Самостоятельно решает линейное уравнение. В неравенстве при делении на отрицательное число пока забывает изменить знак. Следующий шаг: объяснить это правило на числовом примере и выполнить другой вариант». Такой текст допустим только при подтверждении реальной работой конкретного ученика.</w:t>
      </w:r>
    </w:p>
    <w:p>
      <w:pPr>
        <w:pStyle w:val="Heading1"/>
      </w:pPr>
      <w:r>
        <w:t>Протокол итоговой работы</w:t>
      </w:r>
    </w:p>
    <w:p>
      <w:pPr>
        <w:pStyle w:val="ListBullet"/>
      </w:pPr>
      <w:r>
        <w:t>До выдачи: указать версию итогового варианта, составителя, допустимые материалы, время и адаптации. Для каждой задачи указать проверяемые результаты и критерии.</w:t>
      </w:r>
    </w:p>
    <w:p>
      <w:pPr>
        <w:pStyle w:val="ListBullet"/>
      </w:pPr>
      <w:r>
        <w:t>Предметная часть: включить задания по всем шести модулям; отразить вес каждого задания и сумму. Общий вес этой части 60% внутреннего результата.</w:t>
      </w:r>
    </w:p>
    <w:p>
      <w:pPr>
        <w:pStyle w:val="ListBullet"/>
      </w:pPr>
      <w:r>
        <w:t>Объяснение способа: ученик защищает выбранное решение. Полнота основания оценивается отдельно, вес 20%.</w:t>
      </w:r>
    </w:p>
    <w:p>
      <w:pPr>
        <w:pStyle w:val="ListBullet"/>
      </w:pPr>
      <w:r>
        <w:t>Самопроверка: ученик проверяет результат, находит предложенную или собственную ошибку и исправляет её. Вес 20%.</w:t>
      </w:r>
    </w:p>
    <w:p>
      <w:pPr>
        <w:pStyle w:val="ListBullet"/>
      </w:pPr>
      <w:r>
        <w:t>После проверки: сохранить работу, критерии, баллы, дату и содержательный комментарий. Пересчёт в официальный экзаменационный балл не выполнять.</w:t>
      </w:r>
    </w:p>
    <w:p>
      <w:pPr>
        <w:pStyle w:val="ListBullet"/>
      </w:pPr>
      <w:r>
        <w:t>Повтор: другой эквивалентный вариант после коррекции; не повторное воспроизведение опубликованного ключа.</w:t>
      </w:r>
    </w:p>
    <w:p>
      <w:pPr>
        <w:pStyle w:val="Heading1"/>
      </w:pPr>
      <w:r>
        <w:t>Подготовка преподавателя к первому занятию</w:t>
      </w:r>
    </w:p>
    <w:p>
      <w:pPr>
        <w:pStyle w:val="ListBullet"/>
      </w:pPr>
      <w:r>
        <w:t>Проверить доступ ученика к нужному классу, материалам, видеосвязи и общей доске.</w:t>
      </w:r>
    </w:p>
    <w:p>
      <w:pPr>
        <w:pStyle w:val="ListBullet"/>
      </w:pPr>
      <w:r>
        <w:t>Подготовить короткую диагностику, ответы и рубрику; проверить собственное решение до выдачи.</w:t>
      </w:r>
    </w:p>
    <w:p>
      <w:pPr>
        <w:pStyle w:val="ListBullet"/>
      </w:pPr>
      <w:r>
        <w:t>Объяснить ученику, как задавать вопрос, сдавать работу и действовать при потере связи.</w:t>
      </w:r>
    </w:p>
    <w:p>
      <w:pPr>
        <w:pStyle w:val="ListBullet"/>
      </w:pPr>
      <w:r>
        <w:t>Вместе разобрать один ход решения, затем дать новый пример для самостоятельной попытки.</w:t>
      </w:r>
    </w:p>
    <w:p>
      <w:pPr>
        <w:pStyle w:val="ListBullet"/>
      </w:pPr>
      <w:r>
        <w:t>Зафиксировать одно достижение, одну трудность и ближайшее задание; согласовать посильную нагрузку.</w:t>
      </w:r>
    </w:p>
    <w:p>
      <w:pPr>
        <w:pStyle w:val="ListBullet"/>
      </w:pPr>
      <w:r>
        <w:t>Не публиковать работу, фотографию или результаты ребёнка в рекламе без отдельного надлежащего основания.</w:t>
      </w:r>
    </w:p>
    <w:p>
      <w:pPr>
        <w:pStyle w:val="Heading1"/>
      </w:pPr>
      <w:r>
        <w:t>Источники</w:t>
      </w:r>
    </w:p>
    <w:p>
      <w:r>
        <w:t>Закон № 273-ФЗ: структура образовательной программы</w:t>
        <w:br/>
        <w:t>https://www.consultant.ru/document/cons_doc_LAW_140174/</w:t>
      </w:r>
    </w:p>
    <w:p>
      <w:r>
        <w:t>Положение о лицензировании № 1490, редакция от 27.01.2026</w:t>
        <w:br/>
        <w:t>https://www.consultant.ru/document/cons_doc_LAW_363079/26b9a9317e489d57a9842321e747706412e110ff/</w:t>
      </w:r>
    </w:p>
    <w:p>
      <w:r>
        <w:t>Приказ Минпросвещения № 629: дополнительные общеобразовательные программы</w:t>
        <w:br/>
        <w:t>http://publication.pravo.gov.ru/Document/View/0001202209270013</w:t>
      </w:r>
    </w:p>
    <w:p>
      <w:r>
        <w:t>ФИПИ: проекты документов ОГЭ 2027</w:t>
        <w:br/>
        <w:t>https://fipi.ru/oge/demoversii-specifikacii-kodifikatory</w:t>
      </w:r>
    </w:p>
    <w:p>
      <w:r>
        <w:t>ФИПИ: проекты документов ЕГЭ 2027</w:t>
        <w:br/>
        <w:t>https://fipi.ru/ege/demoversii-specifikacii-kodifikatory</w:t>
      </w:r>
    </w:p>
    <w:p>
      <w:r>
        <w:t>Статья 17 закона № 273-ФЗ: формы обучения</w:t>
        <w:br/>
        <w:t>https://www.consultant.ru/document/cons_doc_LAW_140174/affd388ac5d286d2ddbd5a1fc91c0d9b0bc06984/</w:t>
      </w:r>
    </w:p>
    <w:p>
      <w:r>
        <w:t>Региональный лицензирующий орган: Ростобрнадзор</w:t>
        <w:br/>
        <w:t>https://www.rostobrnadzor.ru/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Классвилль · Проект, не утверждён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4213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4213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4213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4213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Русский язык. Подготовка к ОГЭ</dc:title>
  <dc:subject>Проект дополнительной общеразвивающей программы</dc:subject>
  <dc:creator>Классвилль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